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7A8EF" w14:textId="77777777" w:rsidR="00211FC1" w:rsidRDefault="00000000">
      <w:pPr>
        <w:jc w:val="center"/>
      </w:pPr>
      <w:r>
        <w:rPr>
          <w:noProof/>
        </w:rPr>
        <w:drawing>
          <wp:inline distT="0" distB="0" distL="0" distR="0" wp14:anchorId="47D13310" wp14:editId="3FA0CAB3">
            <wp:extent cx="1512000" cy="15464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publik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4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B68F" w14:textId="77777777" w:rsidR="00211FC1" w:rsidRDefault="00000000">
      <w:pPr>
        <w:jc w:val="center"/>
      </w:pPr>
      <w:r>
        <w:rPr>
          <w:b/>
          <w:color w:val="1B755D"/>
          <w:sz w:val="34"/>
        </w:rPr>
        <w:t>DEKLARACJA PRZYSTĄPIENIA DO STOWARZYSZENIA</w:t>
      </w:r>
    </w:p>
    <w:p w14:paraId="2F606EB5" w14:textId="77777777" w:rsidR="00211FC1" w:rsidRDefault="00000000">
      <w:pPr>
        <w:jc w:val="center"/>
      </w:pPr>
      <w:r>
        <w:rPr>
          <w:i/>
          <w:color w:val="6E6E6E"/>
          <w:sz w:val="21"/>
        </w:rPr>
        <w:t>członek wspierający — wersja finalna do podpisu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86"/>
        <w:gridCol w:w="4986"/>
      </w:tblGrid>
      <w:tr w:rsidR="00211FC1" w14:paraId="788C50AC" w14:textId="77777777">
        <w:tc>
          <w:tcPr>
            <w:tcW w:w="4986" w:type="dxa"/>
          </w:tcPr>
          <w:p w14:paraId="2183D8AB" w14:textId="77777777" w:rsidR="00211FC1" w:rsidRDefault="00000000">
            <w:r>
              <w:rPr>
                <w:b/>
              </w:rPr>
              <w:t>Nazwa</w:t>
            </w:r>
          </w:p>
        </w:tc>
        <w:tc>
          <w:tcPr>
            <w:tcW w:w="4986" w:type="dxa"/>
          </w:tcPr>
          <w:p w14:paraId="5A1BD377" w14:textId="77777777" w:rsidR="00211FC1" w:rsidRDefault="00000000">
            <w:r>
              <w:t>Stowarzyszenie Przyjaciół Republiki</w:t>
            </w:r>
          </w:p>
        </w:tc>
      </w:tr>
      <w:tr w:rsidR="00211FC1" w14:paraId="2F886B5B" w14:textId="77777777">
        <w:tc>
          <w:tcPr>
            <w:tcW w:w="4986" w:type="dxa"/>
          </w:tcPr>
          <w:p w14:paraId="39FFCB86" w14:textId="77777777" w:rsidR="00211FC1" w:rsidRDefault="00000000">
            <w:r>
              <w:rPr>
                <w:b/>
              </w:rPr>
              <w:t>Adres</w:t>
            </w:r>
          </w:p>
        </w:tc>
        <w:tc>
          <w:tcPr>
            <w:tcW w:w="4986" w:type="dxa"/>
          </w:tcPr>
          <w:p w14:paraId="252FA2E1" w14:textId="77777777" w:rsidR="00211FC1" w:rsidRDefault="00000000">
            <w:r>
              <w:t>ul. 1 Pułku Szwoleżerów 15A, 22-100 Chełm</w:t>
            </w:r>
          </w:p>
        </w:tc>
      </w:tr>
      <w:tr w:rsidR="00211FC1" w14:paraId="68FA04E1" w14:textId="77777777">
        <w:tc>
          <w:tcPr>
            <w:tcW w:w="4986" w:type="dxa"/>
          </w:tcPr>
          <w:p w14:paraId="1F8B3ED4" w14:textId="77777777" w:rsidR="00211FC1" w:rsidRDefault="00000000">
            <w:r>
              <w:rPr>
                <w:b/>
              </w:rPr>
              <w:t>KRS</w:t>
            </w:r>
          </w:p>
        </w:tc>
        <w:tc>
          <w:tcPr>
            <w:tcW w:w="4986" w:type="dxa"/>
          </w:tcPr>
          <w:p w14:paraId="3BF60A68" w14:textId="77777777" w:rsidR="00211FC1" w:rsidRDefault="00000000">
            <w:r>
              <w:t>0001241321</w:t>
            </w:r>
          </w:p>
        </w:tc>
      </w:tr>
      <w:tr w:rsidR="00211FC1" w14:paraId="0A33893D" w14:textId="77777777">
        <w:tc>
          <w:tcPr>
            <w:tcW w:w="4986" w:type="dxa"/>
          </w:tcPr>
          <w:p w14:paraId="5A9A286B" w14:textId="77777777" w:rsidR="00211FC1" w:rsidRDefault="00000000">
            <w:r>
              <w:rPr>
                <w:b/>
              </w:rPr>
              <w:t>E-mail</w:t>
            </w:r>
          </w:p>
        </w:tc>
        <w:tc>
          <w:tcPr>
            <w:tcW w:w="4986" w:type="dxa"/>
          </w:tcPr>
          <w:p w14:paraId="670D744D" w14:textId="77777777" w:rsidR="00211FC1" w:rsidRDefault="00000000">
            <w:r>
              <w:t>kontakt@stowarzyszenieprzyjaciolrepubliki.pl</w:t>
            </w:r>
          </w:p>
        </w:tc>
      </w:tr>
      <w:tr w:rsidR="00211FC1" w14:paraId="3A635684" w14:textId="77777777">
        <w:tc>
          <w:tcPr>
            <w:tcW w:w="4986" w:type="dxa"/>
          </w:tcPr>
          <w:p w14:paraId="7624A5C6" w14:textId="77777777" w:rsidR="00211FC1" w:rsidRDefault="00000000">
            <w:r>
              <w:rPr>
                <w:b/>
              </w:rPr>
              <w:t>Wersja dokumentu</w:t>
            </w:r>
          </w:p>
        </w:tc>
        <w:tc>
          <w:tcPr>
            <w:tcW w:w="4986" w:type="dxa"/>
          </w:tcPr>
          <w:p w14:paraId="76F89B1B" w14:textId="77777777" w:rsidR="00211FC1" w:rsidRDefault="00000000">
            <w:r>
              <w:t>SPR/DCL/01/2026</w:t>
            </w:r>
          </w:p>
        </w:tc>
      </w:tr>
    </w:tbl>
    <w:p w14:paraId="0FFADB99" w14:textId="77777777" w:rsidR="00211FC1" w:rsidRDefault="00000000">
      <w:pPr>
        <w:shd w:val="clear" w:color="auto" w:fill="EAF3F0"/>
      </w:pPr>
      <w:r>
        <w:rPr>
          <w:b/>
          <w:color w:val="1B755D"/>
          <w:sz w:val="25"/>
        </w:rPr>
        <w:t>Dane kandydata</w:t>
      </w:r>
    </w:p>
    <w:p w14:paraId="25C747A9" w14:textId="77777777" w:rsidR="00211FC1" w:rsidRDefault="00000000">
      <w:pPr>
        <w:spacing w:after="100"/>
      </w:pPr>
      <w:r>
        <w:rPr>
          <w:color w:val="222222"/>
        </w:rPr>
        <w:t>PESEL: ........................................................    Numer członka / klienta: ........................................................</w:t>
      </w:r>
    </w:p>
    <w:p w14:paraId="6914F862" w14:textId="77777777" w:rsidR="00211FC1" w:rsidRDefault="00000000">
      <w:pPr>
        <w:spacing w:after="100"/>
      </w:pPr>
      <w:r>
        <w:rPr>
          <w:color w:val="222222"/>
        </w:rPr>
        <w:t>Imię i nazwisko: ................................................................................................................</w:t>
      </w:r>
    </w:p>
    <w:p w14:paraId="6489A735" w14:textId="77777777" w:rsidR="00211FC1" w:rsidRDefault="00000000">
      <w:pPr>
        <w:spacing w:after="100"/>
      </w:pPr>
      <w:r>
        <w:rPr>
          <w:color w:val="222222"/>
        </w:rPr>
        <w:t>Ulica: ........................................................    Nr domu: ............    Nr lokalu: ............</w:t>
      </w:r>
    </w:p>
    <w:p w14:paraId="0FE093C5" w14:textId="77777777" w:rsidR="00211FC1" w:rsidRDefault="00000000">
      <w:pPr>
        <w:spacing w:after="100"/>
      </w:pPr>
      <w:r>
        <w:rPr>
          <w:color w:val="222222"/>
        </w:rPr>
        <w:t>Kod pocztowy: ........................    Miejscowość: ........................................................    Poczta: ........................................................</w:t>
      </w:r>
    </w:p>
    <w:p w14:paraId="3591952E" w14:textId="77777777" w:rsidR="00211FC1" w:rsidRDefault="00000000">
      <w:pPr>
        <w:spacing w:after="100"/>
      </w:pPr>
      <w:r>
        <w:rPr>
          <w:color w:val="222222"/>
        </w:rPr>
        <w:t>Data urodzenia: ........................................................    Kraj zamieszkania: ........................................................</w:t>
      </w:r>
    </w:p>
    <w:p w14:paraId="2D14CA6C" w14:textId="77777777" w:rsidR="00211FC1" w:rsidRDefault="00000000">
      <w:pPr>
        <w:spacing w:after="100"/>
      </w:pPr>
      <w:r>
        <w:rPr>
          <w:color w:val="222222"/>
        </w:rPr>
        <w:t>Adres e-mail: ........................................................    Telefon kontaktowy: ........................................................</w:t>
      </w:r>
    </w:p>
    <w:p w14:paraId="11A65A5E" w14:textId="77777777" w:rsidR="00211FC1" w:rsidRDefault="00000000">
      <w:pPr>
        <w:shd w:val="clear" w:color="auto" w:fill="EAF3F0"/>
      </w:pPr>
      <w:r>
        <w:rPr>
          <w:b/>
          <w:color w:val="1B755D"/>
          <w:sz w:val="25"/>
        </w:rPr>
        <w:t>Oświadczenia członkowskie</w:t>
      </w:r>
    </w:p>
    <w:p w14:paraId="35E5866A" w14:textId="77777777" w:rsidR="00211FC1" w:rsidRDefault="00000000">
      <w:pPr>
        <w:spacing w:after="100"/>
      </w:pPr>
      <w:r>
        <w:rPr>
          <w:color w:val="222222"/>
        </w:rPr>
        <w:t>Ja niżej podpisany/a deklaruję wolę przystąpienia do Stowarzyszenia Przyjaciół Republiki w charakterze członka wspierającego. Deklaruję wolę wspierania działalności statutowej Stowarzyszenia i oświadczam, że znane są mi postanowienia statutu oraz regulaminów obowiązujących w Stowarzyszeniu i zobowiązuję się do ich przestrzegania.</w:t>
      </w:r>
    </w:p>
    <w:p w14:paraId="4162682D" w14:textId="77777777" w:rsidR="00211FC1" w:rsidRDefault="00000000">
      <w:pPr>
        <w:spacing w:after="100"/>
      </w:pPr>
      <w:r>
        <w:rPr>
          <w:color w:val="222222"/>
        </w:rPr>
        <w:t>Członkostwo wspierające uzyskuje się na zasadach określonych w statucie oraz zgodnie z uchwałą właściwego organu Stowarzyszenia.</w:t>
      </w:r>
    </w:p>
    <w:p w14:paraId="77434DC0" w14:textId="77777777" w:rsidR="00211FC1" w:rsidRDefault="00000000">
      <w:pPr>
        <w:shd w:val="clear" w:color="auto" w:fill="EAF3F0"/>
      </w:pPr>
      <w:r>
        <w:rPr>
          <w:b/>
          <w:color w:val="1B755D"/>
          <w:sz w:val="25"/>
        </w:rPr>
        <w:t>Zgody i doręczenia</w:t>
      </w:r>
    </w:p>
    <w:p w14:paraId="6C0AC2EC" w14:textId="0CBE87AB" w:rsidR="00211FC1" w:rsidRDefault="00904ED1">
      <w:pPr>
        <w:spacing w:after="100"/>
      </w:pPr>
      <w:r>
        <w:rPr>
          <w:color w:val="222222"/>
        </w:rPr>
        <w:t>*</w:t>
      </w:r>
      <w:r w:rsidR="00000000">
        <w:rPr>
          <w:color w:val="222222"/>
        </w:rPr>
        <w:t>[ ] TAK   [ ] NIE  Wyrażam zgodę na przetwarzanie moich danych osobowych podanych w deklaracji przez Stowarzyszenie Przyjaciół Republiki w celach związanych z obsługą członkostwa, prowadzeniem ewidencji członków, kontaktem w sprawach członkowskich oraz obsługą produktów grupowych, w tym ubezpieczeń grupowych.</w:t>
      </w:r>
    </w:p>
    <w:p w14:paraId="73E4C175" w14:textId="04676019" w:rsidR="00211FC1" w:rsidRDefault="00904ED1">
      <w:pPr>
        <w:spacing w:after="100"/>
      </w:pPr>
      <w:r>
        <w:rPr>
          <w:color w:val="222222"/>
        </w:rPr>
        <w:t>*</w:t>
      </w:r>
      <w:r w:rsidR="00000000">
        <w:rPr>
          <w:color w:val="222222"/>
        </w:rPr>
        <w:t>[ ] TAK   [ ] NIE  Wyrażam zgodę na otrzymywanie od Stowarzyszenia informacji organizacyjnych, członkowskich, handlowych i marketingowych za pośrednictwem środków komunikacji elektronicznej oraz telekomunikacyjnych urządzeń końcowych.</w:t>
      </w:r>
    </w:p>
    <w:p w14:paraId="29DE8ABC" w14:textId="4BF8EBFD" w:rsidR="00211FC1" w:rsidRDefault="00904ED1">
      <w:pPr>
        <w:spacing w:after="100"/>
      </w:pPr>
      <w:r>
        <w:rPr>
          <w:color w:val="222222"/>
        </w:rPr>
        <w:t>**</w:t>
      </w:r>
      <w:r w:rsidR="00000000">
        <w:rPr>
          <w:color w:val="222222"/>
        </w:rPr>
        <w:t>Formy komunikacji: [ ] SMS    [ ] E-MAIL    [ ] POŁĄCZENIE GŁOSOWE</w:t>
      </w:r>
    </w:p>
    <w:p w14:paraId="597D110F" w14:textId="1D3E77A6" w:rsidR="00211FC1" w:rsidRDefault="00904ED1">
      <w:pPr>
        <w:spacing w:after="100"/>
      </w:pPr>
      <w:r>
        <w:rPr>
          <w:color w:val="222222"/>
        </w:rPr>
        <w:t>*</w:t>
      </w:r>
      <w:r w:rsidR="00000000">
        <w:rPr>
          <w:color w:val="222222"/>
        </w:rPr>
        <w:t>[ ] TAK   [ ] NIE  Wyrażam zgodę na udostępnienie moich danych partnerom współpracującym przy organizacji produktów grupowych i ubezpieczeń grupowych,</w:t>
      </w:r>
      <w:r w:rsidR="00743F46">
        <w:rPr>
          <w:color w:val="222222"/>
        </w:rPr>
        <w:t xml:space="preserve"> w tym w szczególności Invicti Consulting Sp. </w:t>
      </w:r>
      <w:r>
        <w:rPr>
          <w:color w:val="222222"/>
        </w:rPr>
        <w:t>Z</w:t>
      </w:r>
      <w:r w:rsidR="00743F46">
        <w:rPr>
          <w:color w:val="222222"/>
        </w:rPr>
        <w:t xml:space="preserve"> o.o. oraz </w:t>
      </w:r>
      <w:r w:rsidR="00743F46" w:rsidRPr="00743F46">
        <w:rPr>
          <w:color w:val="222222"/>
        </w:rPr>
        <w:lastRenderedPageBreak/>
        <w:t>Leadenhall Insurance S.A.</w:t>
      </w:r>
      <w:r w:rsidR="00000000">
        <w:rPr>
          <w:color w:val="222222"/>
        </w:rPr>
        <w:t xml:space="preserve"> w zakresie niezbędnym do przedstawienia oferty, objęcia ochroną, obsługi członkostwa lub realizacji świadczeń.</w:t>
      </w:r>
      <w:r w:rsidR="00BA4337">
        <w:rPr>
          <w:color w:val="222222"/>
        </w:rPr>
        <w:t xml:space="preserve"> </w:t>
      </w:r>
      <w:r w:rsidR="00BA4337" w:rsidRPr="00BA4337">
        <w:rPr>
          <w:color w:val="EE0000"/>
        </w:rPr>
        <w:t>(podany nasz agent I l</w:t>
      </w:r>
      <w:r w:rsidR="00BA4337">
        <w:rPr>
          <w:color w:val="EE0000"/>
        </w:rPr>
        <w:t>e</w:t>
      </w:r>
      <w:r w:rsidR="00BA4337" w:rsidRPr="00BA4337">
        <w:rPr>
          <w:color w:val="EE0000"/>
        </w:rPr>
        <w:t>denhall)</w:t>
      </w:r>
    </w:p>
    <w:p w14:paraId="2E044038" w14:textId="4A7C0DD1" w:rsidR="00211FC1" w:rsidRDefault="00904ED1">
      <w:pPr>
        <w:spacing w:after="100"/>
      </w:pPr>
      <w:r>
        <w:rPr>
          <w:color w:val="222222"/>
        </w:rPr>
        <w:t>*</w:t>
      </w:r>
      <w:r w:rsidR="00000000">
        <w:rPr>
          <w:color w:val="222222"/>
        </w:rPr>
        <w:t>[ ] TAK   [ ] NIE  Wyrażam zgodę na doręczanie dokumentów związanych z członkostwem, usługami grupowymi i ubezpieczeniami grupowymi na podany adres e-mail.</w:t>
      </w:r>
    </w:p>
    <w:p w14:paraId="74208107" w14:textId="77777777" w:rsidR="00211FC1" w:rsidRDefault="00000000">
      <w:pPr>
        <w:shd w:val="clear" w:color="auto" w:fill="EAF3F0"/>
      </w:pPr>
      <w:r>
        <w:rPr>
          <w:b/>
          <w:color w:val="1B755D"/>
          <w:sz w:val="25"/>
        </w:rPr>
        <w:t>Produkty i ubezpieczenia grupowe</w:t>
      </w:r>
    </w:p>
    <w:p w14:paraId="39ADC5CA" w14:textId="22F3809E" w:rsidR="005231A1" w:rsidRPr="005231A1" w:rsidRDefault="00000000" w:rsidP="005231A1">
      <w:pPr>
        <w:pStyle w:val="Akapitzlist"/>
        <w:numPr>
          <w:ilvl w:val="0"/>
          <w:numId w:val="10"/>
        </w:numPr>
        <w:spacing w:after="100"/>
        <w:rPr>
          <w:color w:val="222222"/>
        </w:rPr>
      </w:pPr>
      <w:r w:rsidRPr="005231A1">
        <w:rPr>
          <w:color w:val="222222"/>
        </w:rPr>
        <w:t xml:space="preserve">Nazwa produktu / ubezpieczenia: </w:t>
      </w:r>
      <w:r w:rsidR="005231A1">
        <w:rPr>
          <w:color w:val="222222"/>
        </w:rPr>
        <w:t>składka członkowska</w:t>
      </w:r>
    </w:p>
    <w:p w14:paraId="1E02DDD6" w14:textId="18B21529" w:rsidR="00211FC1" w:rsidRDefault="00000000" w:rsidP="005231A1">
      <w:pPr>
        <w:spacing w:after="100"/>
        <w:ind w:left="360"/>
      </w:pPr>
      <w:r w:rsidRPr="005231A1">
        <w:rPr>
          <w:color w:val="222222"/>
        </w:rPr>
        <w:t xml:space="preserve"> Seria / numer: </w:t>
      </w:r>
      <w:r w:rsidR="00904ED1">
        <w:rPr>
          <w:color w:val="222222"/>
        </w:rPr>
        <w:t>…</w:t>
      </w:r>
      <w:r w:rsidRPr="005231A1">
        <w:rPr>
          <w:color w:val="222222"/>
        </w:rPr>
        <w:t xml:space="preserve">.....................................................    Składka miesięczna / uwagi: </w:t>
      </w:r>
      <w:r w:rsidR="00904ED1">
        <w:rPr>
          <w:color w:val="222222"/>
        </w:rPr>
        <w:t>…</w:t>
      </w:r>
      <w:r w:rsidRPr="005231A1">
        <w:rPr>
          <w:color w:val="222222"/>
        </w:rPr>
        <w:t>.....................................................</w:t>
      </w:r>
    </w:p>
    <w:p w14:paraId="6F050A9E" w14:textId="30F6E6BC" w:rsidR="00211FC1" w:rsidRDefault="00000000">
      <w:pPr>
        <w:spacing w:after="100"/>
      </w:pPr>
      <w:r>
        <w:rPr>
          <w:color w:val="222222"/>
        </w:rPr>
        <w:t xml:space="preserve">2. Nazwa produktu / ubezpieczenia: </w:t>
      </w:r>
      <w:r w:rsidR="00904ED1">
        <w:rPr>
          <w:color w:val="222222"/>
        </w:rPr>
        <w:t>…</w:t>
      </w:r>
      <w:r>
        <w:rPr>
          <w:color w:val="222222"/>
        </w:rPr>
        <w:t xml:space="preserve">.....................................................    Seria / numer: </w:t>
      </w:r>
      <w:r w:rsidR="00904ED1">
        <w:rPr>
          <w:color w:val="222222"/>
        </w:rPr>
        <w:t>…</w:t>
      </w:r>
      <w:r>
        <w:rPr>
          <w:color w:val="222222"/>
        </w:rPr>
        <w:t xml:space="preserve">.....................................................    Składka miesięczna / uwagi: </w:t>
      </w:r>
      <w:r w:rsidR="00904ED1">
        <w:rPr>
          <w:color w:val="222222"/>
        </w:rPr>
        <w:t>…</w:t>
      </w:r>
      <w:r>
        <w:rPr>
          <w:color w:val="222222"/>
        </w:rPr>
        <w:t>.....................................................</w:t>
      </w:r>
    </w:p>
    <w:p w14:paraId="2F755239" w14:textId="1127083D" w:rsidR="00211FC1" w:rsidRDefault="00000000">
      <w:pPr>
        <w:spacing w:after="100"/>
      </w:pPr>
      <w:r>
        <w:rPr>
          <w:color w:val="222222"/>
        </w:rPr>
        <w:t xml:space="preserve">3. Nazwa produktu / ubezpieczenia: </w:t>
      </w:r>
      <w:r w:rsidR="00904ED1">
        <w:rPr>
          <w:color w:val="222222"/>
        </w:rPr>
        <w:t>…</w:t>
      </w:r>
      <w:r>
        <w:rPr>
          <w:color w:val="222222"/>
        </w:rPr>
        <w:t xml:space="preserve">.....................................................    Seria / numer: </w:t>
      </w:r>
      <w:r w:rsidR="00904ED1">
        <w:rPr>
          <w:color w:val="222222"/>
        </w:rPr>
        <w:t>…</w:t>
      </w:r>
      <w:r>
        <w:rPr>
          <w:color w:val="222222"/>
        </w:rPr>
        <w:t xml:space="preserve">.....................................................    Składka miesięczna / uwagi: </w:t>
      </w:r>
      <w:r w:rsidR="00904ED1">
        <w:rPr>
          <w:color w:val="222222"/>
        </w:rPr>
        <w:t>…</w:t>
      </w:r>
      <w:r>
        <w:rPr>
          <w:color w:val="222222"/>
        </w:rPr>
        <w:t>.....................................................</w:t>
      </w:r>
    </w:p>
    <w:p w14:paraId="42E03417" w14:textId="6F708DE2" w:rsidR="00211FC1" w:rsidRDefault="00000000">
      <w:pPr>
        <w:spacing w:after="100"/>
      </w:pPr>
      <w:r>
        <w:rPr>
          <w:color w:val="222222"/>
        </w:rPr>
        <w:t xml:space="preserve">4. Nazwa produktu / ubezpieczenia: </w:t>
      </w:r>
      <w:r w:rsidR="00904ED1">
        <w:rPr>
          <w:color w:val="222222"/>
        </w:rPr>
        <w:t>…</w:t>
      </w:r>
      <w:r>
        <w:rPr>
          <w:color w:val="222222"/>
        </w:rPr>
        <w:t xml:space="preserve">.....................................................    Seria / numer: </w:t>
      </w:r>
      <w:r w:rsidR="00904ED1">
        <w:rPr>
          <w:color w:val="222222"/>
        </w:rPr>
        <w:t>…</w:t>
      </w:r>
      <w:r>
        <w:rPr>
          <w:color w:val="222222"/>
        </w:rPr>
        <w:t xml:space="preserve">.....................................................    Składka miesięczna / uwagi: </w:t>
      </w:r>
      <w:r w:rsidR="00904ED1">
        <w:rPr>
          <w:color w:val="222222"/>
        </w:rPr>
        <w:t>…</w:t>
      </w:r>
      <w:r>
        <w:rPr>
          <w:color w:val="222222"/>
        </w:rPr>
        <w:t>.....................................................</w:t>
      </w:r>
    </w:p>
    <w:p w14:paraId="2E3B38F6" w14:textId="0997AA7E" w:rsidR="00211FC1" w:rsidRDefault="00000000">
      <w:pPr>
        <w:spacing w:after="100"/>
      </w:pPr>
      <w:r>
        <w:rPr>
          <w:color w:val="222222"/>
        </w:rPr>
        <w:t xml:space="preserve">Składka łączna: </w:t>
      </w:r>
      <w:r w:rsidR="00904ED1">
        <w:rPr>
          <w:color w:val="222222"/>
        </w:rPr>
        <w:t>…</w:t>
      </w:r>
      <w:r>
        <w:rPr>
          <w:color w:val="222222"/>
        </w:rPr>
        <w:t xml:space="preserve">.....................................................    Płatna do: </w:t>
      </w:r>
      <w:r w:rsidR="00904ED1">
        <w:rPr>
          <w:color w:val="222222"/>
        </w:rPr>
        <w:t>…</w:t>
      </w:r>
      <w:r>
        <w:rPr>
          <w:color w:val="222222"/>
        </w:rPr>
        <w:t xml:space="preserve">.....................................................    Nr konta do wpłat: </w:t>
      </w:r>
      <w:r w:rsidR="00904ED1">
        <w:rPr>
          <w:color w:val="222222"/>
        </w:rPr>
        <w:t>…</w:t>
      </w:r>
      <w:r>
        <w:rPr>
          <w:color w:val="222222"/>
        </w:rPr>
        <w:t>.....................................................</w:t>
      </w:r>
    </w:p>
    <w:p w14:paraId="310510B5" w14:textId="77777777" w:rsidR="00211FC1" w:rsidRDefault="00000000">
      <w:pPr>
        <w:shd w:val="clear" w:color="auto" w:fill="EAF3F0"/>
      </w:pPr>
      <w:r>
        <w:rPr>
          <w:b/>
          <w:color w:val="1B755D"/>
          <w:sz w:val="25"/>
        </w:rPr>
        <w:t>Potwierdzenia końcowe</w:t>
      </w:r>
    </w:p>
    <w:p w14:paraId="2A5EB357" w14:textId="77777777" w:rsidR="00211FC1" w:rsidRDefault="00000000">
      <w:pPr>
        <w:spacing w:after="100"/>
      </w:pPr>
      <w:r>
        <w:rPr>
          <w:color w:val="222222"/>
        </w:rPr>
        <w:t>Potwierdzam zapoznanie się z informacją administratora danych oraz dokumentami obowiązującymi w Stowarzyszeniu Przyjaciół Republiki, w tym regulaminem przystępowania do produktów i ubezpieczeń grupowych.</w:t>
      </w:r>
    </w:p>
    <w:p w14:paraId="0E12E44E" w14:textId="77777777" w:rsidR="00211FC1" w:rsidRDefault="00000000">
      <w:pPr>
        <w:spacing w:after="100"/>
      </w:pPr>
      <w:r>
        <w:rPr>
          <w:color w:val="222222"/>
        </w:rPr>
        <w:t>Oświadczam, że podane przeze mnie dane są prawdziwe i aktualne, oraz zobowiązuję się do niezwłocznego informowania Stowarzyszenia o każdej ich zmianie.</w:t>
      </w:r>
    </w:p>
    <w:p w14:paraId="05CD33B2" w14:textId="77777777" w:rsidR="00211FC1" w:rsidRDefault="00211FC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211FC1" w14:paraId="63C54A37" w14:textId="77777777">
        <w:tc>
          <w:tcPr>
            <w:tcW w:w="3324" w:type="dxa"/>
          </w:tcPr>
          <w:p w14:paraId="2C44DF59" w14:textId="7EFE847E" w:rsidR="00211FC1" w:rsidRDefault="00000000">
            <w:pPr>
              <w:jc w:val="center"/>
            </w:pPr>
            <w:r>
              <w:br/>
            </w:r>
            <w:r>
              <w:br/>
            </w:r>
            <w:r>
              <w:br/>
            </w:r>
            <w:r w:rsidR="00904ED1">
              <w:t>…</w:t>
            </w:r>
            <w:r>
              <w:t>.....................................................</w:t>
            </w:r>
            <w:r>
              <w:br/>
            </w:r>
            <w:r>
              <w:rPr>
                <w:b/>
                <w:sz w:val="19"/>
              </w:rPr>
              <w:t>Miejscowość i data</w:t>
            </w:r>
          </w:p>
        </w:tc>
        <w:tc>
          <w:tcPr>
            <w:tcW w:w="3324" w:type="dxa"/>
          </w:tcPr>
          <w:p w14:paraId="69392F33" w14:textId="49CD111F" w:rsidR="00211FC1" w:rsidRDefault="00000000">
            <w:pPr>
              <w:jc w:val="center"/>
            </w:pPr>
            <w:r>
              <w:br/>
            </w:r>
            <w:r>
              <w:br/>
            </w:r>
            <w:r>
              <w:br/>
            </w:r>
            <w:r w:rsidR="00904ED1">
              <w:t>…</w:t>
            </w:r>
            <w:r>
              <w:t>.....................................................</w:t>
            </w:r>
            <w:r>
              <w:br/>
            </w:r>
            <w:r>
              <w:rPr>
                <w:b/>
                <w:sz w:val="19"/>
              </w:rPr>
              <w:t>Imię i nazwisko osoby przyjmującej deklarację</w:t>
            </w:r>
          </w:p>
        </w:tc>
        <w:tc>
          <w:tcPr>
            <w:tcW w:w="3324" w:type="dxa"/>
          </w:tcPr>
          <w:p w14:paraId="51D49782" w14:textId="11B53D86" w:rsidR="00211FC1" w:rsidRDefault="00000000">
            <w:pPr>
              <w:jc w:val="center"/>
            </w:pPr>
            <w:r>
              <w:br/>
            </w:r>
            <w:r>
              <w:br/>
            </w:r>
            <w:r>
              <w:br/>
            </w:r>
            <w:r w:rsidR="00904ED1">
              <w:t>…</w:t>
            </w:r>
            <w:r>
              <w:t>.....................................................</w:t>
            </w:r>
            <w:r>
              <w:br/>
            </w:r>
            <w:r>
              <w:rPr>
                <w:b/>
                <w:sz w:val="19"/>
              </w:rPr>
              <w:t>Podpis wnioskodawcy</w:t>
            </w:r>
          </w:p>
        </w:tc>
      </w:tr>
    </w:tbl>
    <w:p w14:paraId="22BD00B7" w14:textId="2620E653" w:rsidR="00211FC1" w:rsidRDefault="00000000">
      <w:pPr>
        <w:jc w:val="center"/>
        <w:rPr>
          <w:color w:val="6E6E6E"/>
          <w:sz w:val="18"/>
        </w:rPr>
      </w:pPr>
      <w:r>
        <w:rPr>
          <w:color w:val="6E6E6E"/>
          <w:sz w:val="18"/>
        </w:rPr>
        <w:t xml:space="preserve">Załącznik nr 1 do Uchwały nr </w:t>
      </w:r>
      <w:r w:rsidR="00904ED1">
        <w:rPr>
          <w:color w:val="6E6E6E"/>
          <w:sz w:val="18"/>
        </w:rPr>
        <w:t>…</w:t>
      </w:r>
      <w:r>
        <w:rPr>
          <w:color w:val="6E6E6E"/>
          <w:sz w:val="18"/>
        </w:rPr>
        <w:t xml:space="preserve">......./2026 Zarządu Stowarzyszenia Przyjaciół Republiki z dnia </w:t>
      </w:r>
      <w:r w:rsidR="00904ED1">
        <w:rPr>
          <w:color w:val="6E6E6E"/>
          <w:sz w:val="18"/>
        </w:rPr>
        <w:t>…</w:t>
      </w:r>
      <w:r>
        <w:rPr>
          <w:color w:val="6E6E6E"/>
          <w:sz w:val="18"/>
        </w:rPr>
        <w:t>....... 2026 r.</w:t>
      </w:r>
    </w:p>
    <w:p w14:paraId="56ED0165" w14:textId="77777777" w:rsidR="00BA4337" w:rsidRDefault="00BA4337">
      <w:pPr>
        <w:jc w:val="center"/>
        <w:rPr>
          <w:color w:val="6E6E6E"/>
          <w:sz w:val="18"/>
        </w:rPr>
      </w:pPr>
    </w:p>
    <w:p w14:paraId="15EAF80B" w14:textId="7FF797B5" w:rsidR="00BA4337" w:rsidRDefault="00904ED1" w:rsidP="00904ED1">
      <w:pPr>
        <w:rPr>
          <w:color w:val="6E6E6E"/>
          <w:sz w:val="18"/>
        </w:rPr>
      </w:pPr>
      <w:r>
        <w:rPr>
          <w:color w:val="6E6E6E"/>
          <w:sz w:val="18"/>
        </w:rPr>
        <w:t>*Wymagane zgody</w:t>
      </w:r>
    </w:p>
    <w:p w14:paraId="5ABDD50F" w14:textId="2924D6E9" w:rsidR="00904ED1" w:rsidRDefault="00904ED1" w:rsidP="00904ED1">
      <w:pPr>
        <w:rPr>
          <w:color w:val="6E6E6E"/>
          <w:sz w:val="18"/>
        </w:rPr>
      </w:pPr>
      <w:r>
        <w:rPr>
          <w:color w:val="6E6E6E"/>
          <w:sz w:val="18"/>
        </w:rPr>
        <w:t>**wymagana conajmniej jedna forma komunikacji</w:t>
      </w:r>
    </w:p>
    <w:p w14:paraId="4AF71466" w14:textId="10446B34" w:rsidR="00BA4337" w:rsidRDefault="00BA4337">
      <w:pPr>
        <w:jc w:val="center"/>
        <w:rPr>
          <w:color w:val="EE0000"/>
          <w:sz w:val="18"/>
        </w:rPr>
      </w:pPr>
      <w:r w:rsidRPr="00BA4337">
        <w:rPr>
          <w:color w:val="EE0000"/>
          <w:sz w:val="18"/>
        </w:rPr>
        <w:t>DOKUMENT ZLECENIA STAŁEGO PŁATNOŚCI</w:t>
      </w:r>
    </w:p>
    <w:p w14:paraId="196A2431" w14:textId="50C198ED" w:rsidR="00BA4337" w:rsidRDefault="00BA4337">
      <w:pPr>
        <w:jc w:val="center"/>
        <w:rPr>
          <w:color w:val="EE0000"/>
          <w:sz w:val="18"/>
        </w:rPr>
      </w:pPr>
      <w:r>
        <w:rPr>
          <w:color w:val="EE0000"/>
          <w:sz w:val="18"/>
        </w:rPr>
        <w:t>SMS / aplikacja</w:t>
      </w:r>
    </w:p>
    <w:p w14:paraId="658FAEF5" w14:textId="77777777" w:rsidR="00BA4337" w:rsidRPr="00BA4337" w:rsidRDefault="00BA4337">
      <w:pPr>
        <w:jc w:val="center"/>
        <w:rPr>
          <w:color w:val="EE0000"/>
        </w:rPr>
      </w:pPr>
    </w:p>
    <w:sectPr w:rsidR="00BA4337" w:rsidRPr="00BA4337" w:rsidSect="00034616">
      <w:footerReference w:type="default" r:id="rId9"/>
      <w:pgSz w:w="12240" w:h="15840"/>
      <w:pgMar w:top="850" w:right="1134" w:bottom="85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6B309" w14:textId="77777777" w:rsidR="00A72787" w:rsidRDefault="00A72787">
      <w:pPr>
        <w:spacing w:after="0" w:line="240" w:lineRule="auto"/>
      </w:pPr>
      <w:r>
        <w:separator/>
      </w:r>
    </w:p>
  </w:endnote>
  <w:endnote w:type="continuationSeparator" w:id="0">
    <w:p w14:paraId="5E7452FF" w14:textId="77777777" w:rsidR="00A72787" w:rsidRDefault="00A72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92AF0" w14:textId="77777777" w:rsidR="00211FC1" w:rsidRDefault="00000000">
    <w:pPr>
      <w:pStyle w:val="Stopka"/>
      <w:jc w:val="right"/>
    </w:pPr>
    <w:r>
      <w:rPr>
        <w:color w:val="6E6E6E"/>
        <w:sz w:val="16"/>
      </w:rPr>
      <w:t>SPR/DCL/01/2026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F41CA" w14:textId="77777777" w:rsidR="00A72787" w:rsidRDefault="00A72787">
      <w:pPr>
        <w:spacing w:after="0" w:line="240" w:lineRule="auto"/>
      </w:pPr>
      <w:r>
        <w:separator/>
      </w:r>
    </w:p>
  </w:footnote>
  <w:footnote w:type="continuationSeparator" w:id="0">
    <w:p w14:paraId="67E0A420" w14:textId="77777777" w:rsidR="00A72787" w:rsidRDefault="00A72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1EC31E0"/>
    <w:multiLevelType w:val="hybridMultilevel"/>
    <w:tmpl w:val="756880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3310281">
    <w:abstractNumId w:val="8"/>
  </w:num>
  <w:num w:numId="2" w16cid:durableId="624390629">
    <w:abstractNumId w:val="6"/>
  </w:num>
  <w:num w:numId="3" w16cid:durableId="1321303027">
    <w:abstractNumId w:val="5"/>
  </w:num>
  <w:num w:numId="4" w16cid:durableId="1493990570">
    <w:abstractNumId w:val="4"/>
  </w:num>
  <w:num w:numId="5" w16cid:durableId="1785271015">
    <w:abstractNumId w:val="7"/>
  </w:num>
  <w:num w:numId="6" w16cid:durableId="6058571">
    <w:abstractNumId w:val="3"/>
  </w:num>
  <w:num w:numId="7" w16cid:durableId="674846482">
    <w:abstractNumId w:val="2"/>
  </w:num>
  <w:num w:numId="8" w16cid:durableId="1366323546">
    <w:abstractNumId w:val="1"/>
  </w:num>
  <w:num w:numId="9" w16cid:durableId="1914729869">
    <w:abstractNumId w:val="0"/>
  </w:num>
  <w:num w:numId="10" w16cid:durableId="20229242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11FC1"/>
    <w:rsid w:val="0029639D"/>
    <w:rsid w:val="00326F90"/>
    <w:rsid w:val="005231A1"/>
    <w:rsid w:val="00743F46"/>
    <w:rsid w:val="00904ED1"/>
    <w:rsid w:val="009B4A7F"/>
    <w:rsid w:val="00A72787"/>
    <w:rsid w:val="00AA1D8D"/>
    <w:rsid w:val="00B47730"/>
    <w:rsid w:val="00BA4337"/>
    <w:rsid w:val="00C76003"/>
    <w:rsid w:val="00C9740E"/>
    <w:rsid w:val="00CB0664"/>
    <w:rsid w:val="00F10D8F"/>
    <w:rsid w:val="00F37C0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DB9D56"/>
  <w14:defaultImageDpi w14:val="300"/>
  <w15:docId w15:val="{B7B16380-6678-F04D-9633-B005FE60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rFonts w:ascii="Arial" w:hAnsi="Arial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453</Words>
  <Characters>4458</Characters>
  <Application>Microsoft Office Word</Application>
  <DocSecurity>0</DocSecurity>
  <Lines>85</Lines>
  <Paragraphs>49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Karol Pieniak</cp:lastModifiedBy>
  <cp:revision>5</cp:revision>
  <dcterms:created xsi:type="dcterms:W3CDTF">2013-12-23T23:15:00Z</dcterms:created>
  <dcterms:modified xsi:type="dcterms:W3CDTF">2026-06-16T08:27:00Z</dcterms:modified>
  <cp:category/>
</cp:coreProperties>
</file>